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תשעת חלקי הדיבר על פי שאלות מנחה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עצם לשם תואר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כינויי גוף, מילות יחס ומילות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איך?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המרכזי של התאמת שם תואר לשם עצם.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תואר הפועל אינו משתנה - הוא רץ מהר, היא רצה מהר.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מילת יחס נטויה היא מילת יחס שמחוברת לכינוי גוף.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דיבר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(אתמול)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בדיקת התאמה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'חלון' הוא ביחיד זכר, ולכן גם ברבים צריך להתאים שם תואר בזכר - גדולים.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משפטים תקינים ויזהה נכון לפחות שלושה חלקי דיבר בכל משפט.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השאלה: איזה? איזו? אילו?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'לי', 'אותו' או 'שלנו'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משתנה בזמן ובגוף, תואר הפועל לא משתנה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על כרטיסי התזכורת מהעמוד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לבדוק שם תואר ביחיד לפני התאמה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שהדוגמאות של התלמידים מדויקות ולתת משוב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חלקי הדיבר שלמדנו: שם עצם, שם תואר, פועל, תואר הפועל, מילת יחס, מילת קישור, כינוי גוף, שם מספר ומילת 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גוף  ·  כללי  ·  במספר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'ירושלים'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'רצים'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'מהר' עונה על השאלה: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תמיד מתאים לשם העצם במין ובמספר.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תואר הפועל משתנה במין ובמספר כמו שם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יחס יכולה להיות נטויה, כמו 'לי' או 'אותו'.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 עצם יכול להיות פרטי כמו 'נועה' או __________ כמו 'ילדה'.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תואר מתאים לשם עצם במין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פועל משתנה לפי זמן ולפי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חלק דיבר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אתמול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בדיקת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אומרים 'חלונות גדולים' ולא 'חלונות גדולות', למרות שהמילה מסתיימת ב-ות?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קצרים, ובכל משפט סמנו לפחות שלושה חלקי דיבר שונים (לדוגמה: שם עצם, פועל, שם תואר).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השאלה המנחה לזיהוי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יחס נטויה.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