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תשעת חלקי הדיבר על פי שאלות מנחה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כינויי גוף, מילות יחס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המרכזי של התאמת שם תואר לשם עצם.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תואר הפועל אינו משתנה - הוא רץ מהר, היא רצה מהר.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מילת יחס נטויה היא מילת יחס שמחוברת לכינוי גוף.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להבחין ביניהן למרות הדמיון, הן חלקי דיבר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שאלת הזיהוי של שם מספר.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פועל משתנה גם לפי מין - כתב/כתבה.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דיבר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(עשרים)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בדיקת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'חלון' הוא ביחיד זכר, ולכן גם ברבים צריך להתאים שם תואר בזכר - גדולים.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 היא נקבה (עיר גדולה), ולכן ברבים: ערים גדולות.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משפטים תקינים ויזהה נכון לפחות שלושה חלקי דיבר בכל 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יבחר שם עצם ויתאים לו שם תואר נכון בזכר/נקבה ויחיד/רבים.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השאלה: איזה? איזו? אילו?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'לי', 'אותו' או 'שלנו'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משתנה בזמן ובגוף, תואר הפועל לא משתנה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כרטיסי התזכורת מהעמוד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שם תואר ביחיד לפני התאמה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שהדוגמאות של התלמידים מדויקות ולתת משוב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מילים לפי הסוג שלהן: שם עצם, שם תואר, פועל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חפץ, מקום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 ומתאימה לו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פעולה או מצב ומשתנה בזמן ובגוף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את הפועל ולא משתנה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שמבטאת יחס בין מילים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 או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במקום שם עצם, כמו אני, הוא, 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שעונה על השאלה 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'ירושלים'?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'רצים'?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איזו שאלה עונה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'של'?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קשר יוצרת המילה 'לכן'?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'אתם'?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סוג המילה 'חכמים'?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משתנה במין ובמספר כמו שם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יכולה להיות נטויה, כמו 'לי' או 'אותו'.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'את' וכינוי הגוף 'אַתְּ' נכתבות ונשמעות אותו דבר תמיד.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מספר עונה על השאלה 'כמה?'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נבחן לפי זמן וגוף בלבד, ולא לפי 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עצם יכול להיות פרטי כמו 'נועה' או __________ כמו 'ילדה'.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תואר מתאים לשם עצם במין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פועל משתנה לפי זמן ולפי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היחס 'לנו' מורכבת מ'ל' ומכינוי 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'כאשר' היא מילת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עצם מופשט, כמו 'תקווה', הוא הפך של שם עצם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דיבר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אתמול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בדיקת התאמה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אומרים 'חלונות גדולים' ולא 'חלונות גדולות', למרות שהמילה מסתיימת ב-ות?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בדקו ביחיד: 'עיר' - איזה מין היא, ואיך יתאימו לה שם תואר ברבים?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קצרים, ובכל משפט סמנו לפחות שלושה חלקי דיבר שונים (לדוגמה: שם עצם, פועל, שם תואר).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לידו שם תואר מתאים במין ובמספר נכונים, בצורת יחיד וברבים.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השאלה המנחה לזיהוי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נטויה.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פועל לתואר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