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תשעת חלקי הדיבר על פי שאלות מנחה ודוגמאות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שם עצם לשם תואר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כינויי גוף, מילות יחס ומילות קישור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הדיבר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כינוי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הכלל המרכזי של התאמת שם תואר לשם עצם.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תואר הפועל אינו משתנה - הוא רץ מהר, היא רצה מהר.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מילת יחס נטויה היא מילת יחס שמחוברת לכינוי גוף.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להבחין ביניהן למרות הדמיון, הן חלקי דיבר שונים.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שאלת הזיהוי של שם מספר.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פועל משתנה גם לפי מין - כתב/כתבה.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מוחשי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חלק דיבר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(אדומה)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(אתמול)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(עשרים)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בדיקת התאמה במין ובמספר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'חלון' הוא ביחיד זכר, ולכן גם ברבים צריך להתאים שם תואר בזכר - גדולים.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עיר היא נקבה (עיר גדולה), ולכן ברבים: ערים גדולות.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משפטים תקינים ויזהה נכון לפחות שלושה חלקי דיבר בכל משפט.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יבחר שם עצם ויתאים לו שם תואר נכון בזכר/נקבה ויחיד/רבים.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השאלה: איזה? איזו? אילו?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'לי', 'אותו' או 'שלנו'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פועל משתנה בזמן ובגוף, תואר הפועל לא משתנה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בחזרה על כרטיסי התזכורת מהעמוד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לבדוק שם תואר ביחיד לפני התאמה 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לבדוק שהדוגמאות של התלמידים מדויקות ולתת משוב 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חלקי הדיבר שלמדנו: שם עצם, שם תואר, פועל, תואר הפועל, מילת יחס, מילת קישור, כינוי גוף, שם מספר ומילת שאלה.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הדיבר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המילה 'ירושלים'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'רצים'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המילה 'מהר' עונה על השאלה: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המילה 'של'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המילה 'לכן' מבטאת קשר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המילה 'אתם'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המילה 'חכמים' מתארת שם עצם, לכן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מספר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מתאים לשם העצם במין ובמספר.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תואר הפועל משתנה במין ובמספר כמו שם תואר.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יחס יכולה להיות נטויה, כמו 'לי' או 'אותו'.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'את' וכינוי הגוף 'אַתְּ' נכתבות ונשמעות אותו דבר תמיד.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מספר עונה על השאלה 'כמה?'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נבחן לפי זמן וגוף בלבד, ולא לפי מין.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שם עצם יכול להיות פרטי כמו 'נועה' או __________ כמו 'ילדה'.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תואר מתאים לשם עצם במין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פועל משתנה לפי זמן ולפי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מילת היחס 'לנו' מורכבת מ'ל' ומכינוי הגוף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'כאשר' היא מילת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שם עצם מופשט, כמו 'תקווה', הוא הפך של שם עצם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חלק דיבר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עשרים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תואר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מילת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אתמול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שם 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כינוי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אדומה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בדיקת התאמה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אומרים 'חלונות גדולים' ולא 'חלונות גדולות', למרות שהמילה מסתיימת ב-ות?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בדקו ביחיד: 'עיר' - איזה מין היא, ואיך יתאימו לה שם תואר ברבים?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קצרים, ובכל משפט סמנו לפחות שלושה חלקי דיבר שונים (לדוגמה: שם עצם, פועל, שם תואר).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שם עצם אחד וכתבו לידו שם תואר מתאים במין ובמספר נכונים, בצורת יחיד וברבים.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השאלה המנחה לזיהוי 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יחס נטויה.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פועל לתואר הפועל?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חלקי הדיבר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