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חלקי הדיבר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ולהבדיל בין חלקי הדיבר השונים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בכל חלק דיבר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מין ומספר בתוך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הדיבר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מילת 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שם עצם מציין אדם, חיה, דבר או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תואר מתאר איך דבר נראה, פועל מתאר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מילות שאלה פותחות שאלות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המילה לסוג חלק הדיבר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(תואר הפועל)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בניית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שם עצם (הנושא של המשפט)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הוסיפו פועל (מה הנושא עושה)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הוסיפו שם תואר או תואר הפועל (תיאור נוסף)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הוסיפו מילת יחס אם צריך לחבר למילה נוספת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סימון נכון של לפחות 4 חלקי דיבר, למשל: הילדה (שם עצם) היפה (שם תואר) רצה (פועל) מהר (תואר הפועל)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 מתאר שם עצם, תואר הפועל מתאר 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תקינות כמו עם/אל למילת יחס, כי/אבל למילת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הכולל את שני חלקי הדיבר המבוקשים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חלק ההתאמה והסידור לפני המעבר למשימות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דוגמאות נוספות מהמשחקים באתר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חלקי הדיבר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חלקי הדיבר שפגשנו במסע: שם עצם, שם תואר, פועל, תואר הפועל, מילת יחס, מילת קישור, כינוי גוף, שם מספר ומילת שאלה.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אל  ·  יפה  ·  רץ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חלקי הדיבר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המילה 'ילד'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המילה 'רץ' (כשהוא רץ בפארק)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המילה 'יפה' היא בדרך כלל: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המילה 'כי'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תואר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עצם יכול לציין גם מקום, כמו 'עיר'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פועל מתאר איך דבר נראה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שאלה היא מילה כמו 'מי' או 'איפה'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הילדה __________ מאוד (מתארת תכונה יפה)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הכלב __________ בחצר (פעולה)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הוא הלך __________ הביתה (מילת יחס)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המילה לסוג חלק הדיבר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תואר הפועל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קופץ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בזהירות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שם 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בניית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הוסיפו מילת יחס אם צריך לחבר למילה נוספת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הוסיפו פועל (מה הנושא עושה)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שם עצם (הנושא של המשפט)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הוסיפו שם תואר או תואר הפועל (תיאור נוסף)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שיש בו לפחות ארבעה חלקי דיבר שונים, וסמנו כל מילה בסוג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שם תואר לתואר הפועל?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יחס ולמילת קישור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חלקי הדיבר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